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618B7" w14:textId="24966B55" w:rsidR="00D17D21" w:rsidRDefault="008E66C1">
      <w:pPr>
        <w:jc w:val="center"/>
        <w:rPr>
          <w:rFonts w:hint="eastAsia"/>
          <w:lang w:eastAsia="ja-JP"/>
        </w:rPr>
      </w:pPr>
      <w:r>
        <w:rPr>
          <w:b/>
          <w:sz w:val="40"/>
        </w:rPr>
        <w:t>領</w:t>
      </w:r>
      <w:r>
        <w:rPr>
          <w:b/>
          <w:sz w:val="40"/>
        </w:rPr>
        <w:t xml:space="preserve"> </w:t>
      </w:r>
      <w:r>
        <w:rPr>
          <w:b/>
          <w:sz w:val="40"/>
        </w:rPr>
        <w:t>収</w:t>
      </w:r>
      <w:r>
        <w:rPr>
          <w:b/>
          <w:sz w:val="40"/>
        </w:rPr>
        <w:t xml:space="preserve"> </w:t>
      </w:r>
      <w:r w:rsidR="00063B90">
        <w:rPr>
          <w:rFonts w:hint="eastAsia"/>
          <w:b/>
          <w:sz w:val="40"/>
          <w:lang w:eastAsia="ja-JP"/>
        </w:rPr>
        <w:t>書</w:t>
      </w:r>
    </w:p>
    <w:p w14:paraId="080ED6E9" w14:textId="26BA5F74" w:rsidR="00D17D21" w:rsidRDefault="00D17D21"/>
    <w:p w14:paraId="63F1788B" w14:textId="19C20359" w:rsidR="00D17D21" w:rsidRPr="00D8206D" w:rsidRDefault="008E66C1" w:rsidP="00D8206D">
      <w:pPr>
        <w:ind w:firstLineChars="2500" w:firstLine="6000"/>
        <w:rPr>
          <w:sz w:val="24"/>
          <w:szCs w:val="24"/>
          <w:lang w:eastAsia="ja-JP"/>
        </w:rPr>
      </w:pPr>
      <w:r w:rsidRPr="00EA5A59">
        <w:rPr>
          <w:sz w:val="24"/>
          <w:szCs w:val="24"/>
        </w:rPr>
        <w:t xml:space="preserve">　</w:t>
      </w:r>
      <w:r w:rsidR="005C2702">
        <w:rPr>
          <w:rFonts w:hint="eastAsia"/>
          <w:color w:val="EE0000"/>
          <w:sz w:val="24"/>
          <w:szCs w:val="24"/>
          <w:lang w:eastAsia="ja-JP"/>
        </w:rPr>
        <w:t xml:space="preserve">　　　</w:t>
      </w:r>
      <w:r w:rsidR="000D5FBA">
        <w:rPr>
          <w:rFonts w:hint="eastAsia"/>
          <w:color w:val="EE0000"/>
          <w:sz w:val="24"/>
          <w:szCs w:val="24"/>
          <w:lang w:eastAsia="ja-JP"/>
        </w:rPr>
        <w:t xml:space="preserve">　</w:t>
      </w:r>
      <w:proofErr w:type="spellStart"/>
      <w:r w:rsidRPr="00EA5A59">
        <w:rPr>
          <w:sz w:val="24"/>
          <w:szCs w:val="24"/>
        </w:rPr>
        <w:t>令和</w:t>
      </w:r>
      <w:proofErr w:type="spellEnd"/>
      <w:r w:rsidRPr="00EA5A59">
        <w:rPr>
          <w:sz w:val="24"/>
          <w:szCs w:val="24"/>
        </w:rPr>
        <w:t xml:space="preserve">　</w:t>
      </w:r>
      <w:r w:rsidR="00F13BD3">
        <w:rPr>
          <w:rFonts w:hint="eastAsia"/>
          <w:sz w:val="24"/>
          <w:szCs w:val="24"/>
          <w:lang w:eastAsia="ja-JP"/>
        </w:rPr>
        <w:t xml:space="preserve">　</w:t>
      </w:r>
      <w:r w:rsidRPr="00EA5A59">
        <w:rPr>
          <w:sz w:val="24"/>
          <w:szCs w:val="24"/>
        </w:rPr>
        <w:t>年</w:t>
      </w:r>
      <w:r w:rsidR="00F13BD3">
        <w:rPr>
          <w:rFonts w:hint="eastAsia"/>
          <w:sz w:val="24"/>
          <w:szCs w:val="24"/>
          <w:lang w:eastAsia="ja-JP"/>
        </w:rPr>
        <w:t xml:space="preserve">　　</w:t>
      </w:r>
      <w:r w:rsidRPr="00EA5A59">
        <w:rPr>
          <w:sz w:val="24"/>
          <w:szCs w:val="24"/>
        </w:rPr>
        <w:t>月</w:t>
      </w:r>
      <w:r w:rsidR="00F13BD3">
        <w:rPr>
          <w:rFonts w:hint="eastAsia"/>
          <w:sz w:val="24"/>
          <w:szCs w:val="24"/>
          <w:lang w:eastAsia="ja-JP"/>
        </w:rPr>
        <w:t xml:space="preserve">　　</w:t>
      </w:r>
      <w:r w:rsidRPr="00EA5A59">
        <w:rPr>
          <w:sz w:val="24"/>
          <w:szCs w:val="24"/>
        </w:rPr>
        <w:t>日</w:t>
      </w:r>
    </w:p>
    <w:p w14:paraId="41AA69B4" w14:textId="726DEA02" w:rsidR="00D17D21" w:rsidRPr="005C2702" w:rsidRDefault="000D5FBA" w:rsidP="00007E24">
      <w:pPr>
        <w:rPr>
          <w:sz w:val="28"/>
          <w:szCs w:val="28"/>
          <w:lang w:eastAsia="ja-JP"/>
        </w:rPr>
      </w:pPr>
      <w:r>
        <w:rPr>
          <w:rFonts w:hint="eastAsia"/>
          <w:color w:val="EE0000"/>
          <w:sz w:val="24"/>
          <w:szCs w:val="24"/>
          <w:lang w:eastAsia="ja-JP"/>
        </w:rPr>
        <w:t xml:space="preserve">　</w:t>
      </w:r>
      <w:r w:rsidR="005C2702">
        <w:rPr>
          <w:rFonts w:hint="eastAsia"/>
          <w:sz w:val="24"/>
          <w:szCs w:val="24"/>
          <w:lang w:eastAsia="ja-JP"/>
        </w:rPr>
        <w:t xml:space="preserve">　　</w:t>
      </w:r>
      <w:r w:rsidR="00F13BD3">
        <w:rPr>
          <w:rFonts w:hint="eastAsia"/>
          <w:b/>
          <w:bCs/>
          <w:color w:val="EE0000"/>
          <w:sz w:val="28"/>
          <w:szCs w:val="28"/>
          <w:lang w:eastAsia="ja-JP"/>
        </w:rPr>
        <w:t xml:space="preserve">　　　　　　　</w:t>
      </w:r>
      <w:r w:rsidR="005C2702" w:rsidRPr="005C2702">
        <w:rPr>
          <w:rFonts w:hint="eastAsia"/>
          <w:sz w:val="28"/>
          <w:szCs w:val="28"/>
          <w:lang w:eastAsia="ja-JP"/>
        </w:rPr>
        <w:t xml:space="preserve">　</w:t>
      </w:r>
      <w:r w:rsidR="008E66C1" w:rsidRPr="005C2702">
        <w:rPr>
          <w:sz w:val="28"/>
          <w:szCs w:val="28"/>
          <w:lang w:eastAsia="ja-JP"/>
        </w:rPr>
        <w:t>様</w:t>
      </w:r>
    </w:p>
    <w:p w14:paraId="41A5E5DF" w14:textId="53052B90" w:rsidR="00D17D21" w:rsidRPr="00F13BD3" w:rsidRDefault="00D17D21">
      <w:pPr>
        <w:rPr>
          <w:lang w:eastAsia="ja-JP"/>
        </w:rPr>
      </w:pPr>
    </w:p>
    <w:p w14:paraId="147080CB" w14:textId="1BFF72C2" w:rsidR="00D17D21" w:rsidRPr="005C2702" w:rsidRDefault="005C2702" w:rsidP="00FF64E0">
      <w:pPr>
        <w:ind w:firstLineChars="300" w:firstLine="1205"/>
        <w:rPr>
          <w:b/>
          <w:bCs/>
          <w:sz w:val="40"/>
          <w:szCs w:val="40"/>
          <w:lang w:eastAsia="ja-JP"/>
        </w:rPr>
      </w:pPr>
      <w:r>
        <w:rPr>
          <w:rFonts w:hint="eastAsia"/>
          <w:b/>
          <w:bCs/>
          <w:noProof/>
          <w:sz w:val="40"/>
          <w:szCs w:val="40"/>
          <w:lang w:eastAsia="ja-JP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DFE1FF7" wp14:editId="4655FA10">
                <wp:simplePos x="0" y="0"/>
                <wp:positionH relativeFrom="column">
                  <wp:posOffset>1210310</wp:posOffset>
                </wp:positionH>
                <wp:positionV relativeFrom="paragraph">
                  <wp:posOffset>299085</wp:posOffset>
                </wp:positionV>
                <wp:extent cx="3657600" cy="19050"/>
                <wp:effectExtent l="0" t="0" r="19050" b="19050"/>
                <wp:wrapNone/>
                <wp:docPr id="421953552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57600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5AE966" id="直線コネクタ 9" o:spid="_x0000_s1026" style="position:absolute;flip:y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5.3pt,23.55pt" to="383.3pt,2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" strokecolor="black [3213]"/>
            </w:pict>
          </mc:Fallback>
        </mc:AlternateContent>
      </w:r>
      <w:r w:rsidR="000D5FBA" w:rsidRPr="00FF64E0">
        <w:rPr>
          <w:rFonts w:hint="eastAsia"/>
          <w:b/>
          <w:bCs/>
          <w:sz w:val="40"/>
          <w:szCs w:val="40"/>
          <w:lang w:eastAsia="ja-JP"/>
        </w:rPr>
        <w:t xml:space="preserve">　</w:t>
      </w:r>
      <w:r w:rsidR="003310E1">
        <w:rPr>
          <w:rFonts w:hint="eastAsia"/>
          <w:b/>
          <w:bCs/>
          <w:sz w:val="40"/>
          <w:szCs w:val="40"/>
          <w:lang w:eastAsia="ja-JP"/>
        </w:rPr>
        <w:t xml:space="preserve">　</w:t>
      </w:r>
      <w:r w:rsidR="008E66C1" w:rsidRPr="005C2702">
        <w:rPr>
          <w:b/>
          <w:bCs/>
          <w:sz w:val="40"/>
          <w:szCs w:val="40"/>
          <w:lang w:eastAsia="ja-JP"/>
        </w:rPr>
        <w:t>金</w:t>
      </w:r>
      <w:r w:rsidR="00EA5A59" w:rsidRPr="005C2702">
        <w:rPr>
          <w:rFonts w:hint="eastAsia"/>
          <w:b/>
          <w:bCs/>
          <w:sz w:val="40"/>
          <w:szCs w:val="40"/>
          <w:lang w:eastAsia="ja-JP"/>
        </w:rPr>
        <w:t xml:space="preserve">　　　</w:t>
      </w:r>
      <w:r w:rsidR="00F13BD3">
        <w:rPr>
          <w:rFonts w:hint="eastAsia"/>
          <w:b/>
          <w:bCs/>
          <w:color w:val="EE0000"/>
          <w:sz w:val="40"/>
          <w:szCs w:val="40"/>
          <w:lang w:eastAsia="ja-JP"/>
        </w:rPr>
        <w:t xml:space="preserve">　　　　　</w:t>
      </w:r>
      <w:r w:rsidR="00EA5A59" w:rsidRPr="005C2702">
        <w:rPr>
          <w:rFonts w:hint="eastAsia"/>
          <w:b/>
          <w:bCs/>
          <w:sz w:val="40"/>
          <w:szCs w:val="40"/>
          <w:lang w:eastAsia="ja-JP"/>
        </w:rPr>
        <w:t xml:space="preserve">　　　</w:t>
      </w:r>
      <w:r w:rsidR="008E66C1" w:rsidRPr="005C2702">
        <w:rPr>
          <w:b/>
          <w:bCs/>
          <w:sz w:val="40"/>
          <w:szCs w:val="40"/>
          <w:lang w:eastAsia="ja-JP"/>
        </w:rPr>
        <w:t>円</w:t>
      </w:r>
      <w:r w:rsidR="00EA5A59" w:rsidRPr="005C2702">
        <w:rPr>
          <w:rFonts w:hint="eastAsia"/>
          <w:b/>
          <w:bCs/>
          <w:sz w:val="40"/>
          <w:szCs w:val="40"/>
          <w:lang w:eastAsia="ja-JP"/>
        </w:rPr>
        <w:t>也</w:t>
      </w:r>
    </w:p>
    <w:p w14:paraId="7CF16B12" w14:textId="3CFF6AC4" w:rsidR="00D17D21" w:rsidRPr="00EA5A59" w:rsidRDefault="008E66C1" w:rsidP="00EA5A59">
      <w:pPr>
        <w:ind w:firstLineChars="500" w:firstLine="1200"/>
        <w:rPr>
          <w:sz w:val="24"/>
          <w:szCs w:val="24"/>
          <w:lang w:eastAsia="ja-JP"/>
        </w:rPr>
      </w:pPr>
      <w:r w:rsidRPr="00EA5A59">
        <w:rPr>
          <w:sz w:val="24"/>
          <w:szCs w:val="24"/>
          <w:lang w:eastAsia="ja-JP"/>
        </w:rPr>
        <w:t>但し、理美容サービス利用料として</w:t>
      </w:r>
    </w:p>
    <w:p w14:paraId="6F8A0FB2" w14:textId="5083A4B0" w:rsidR="00D17D21" w:rsidRPr="00EA5A59" w:rsidRDefault="008E66C1" w:rsidP="00EA5A59">
      <w:pPr>
        <w:ind w:firstLineChars="900" w:firstLine="2520"/>
        <w:rPr>
          <w:sz w:val="28"/>
          <w:szCs w:val="28"/>
          <w:lang w:eastAsia="ja-JP"/>
        </w:rPr>
      </w:pPr>
      <w:r w:rsidRPr="00EA5A59">
        <w:rPr>
          <w:sz w:val="28"/>
          <w:szCs w:val="28"/>
          <w:lang w:eastAsia="ja-JP"/>
        </w:rPr>
        <w:t>上記金額を正に領収いたしました。</w:t>
      </w:r>
    </w:p>
    <w:p w14:paraId="1E890FE9" w14:textId="7ECCD7A9" w:rsidR="00D17D21" w:rsidRDefault="00D17D21">
      <w:pPr>
        <w:rPr>
          <w:lang w:eastAsia="ja-JP"/>
        </w:rPr>
      </w:pPr>
    </w:p>
    <w:p w14:paraId="57B6DA83" w14:textId="6D028CDA" w:rsidR="003310E1" w:rsidRPr="003310E1" w:rsidRDefault="003310E1">
      <w:pPr>
        <w:rPr>
          <w:sz w:val="24"/>
          <w:szCs w:val="24"/>
          <w:lang w:eastAsia="ja-JP"/>
        </w:rPr>
      </w:pPr>
      <w:r>
        <w:rPr>
          <w:rFonts w:hint="eastAsia"/>
          <w:lang w:eastAsia="ja-JP"/>
        </w:rPr>
        <w:t xml:space="preserve">　　　　　　　　　　　　　　　　　　</w:t>
      </w:r>
      <w:r>
        <w:rPr>
          <w:rFonts w:hint="eastAsia"/>
          <w:sz w:val="24"/>
          <w:szCs w:val="24"/>
          <w:lang w:eastAsia="ja-JP"/>
        </w:rPr>
        <w:t xml:space="preserve">サービス内容（　　</w:t>
      </w:r>
      <w:r w:rsidR="00F13BD3">
        <w:rPr>
          <w:rFonts w:hint="eastAsia"/>
          <w:b/>
          <w:bCs/>
          <w:color w:val="EE0000"/>
          <w:sz w:val="24"/>
          <w:szCs w:val="24"/>
          <w:lang w:eastAsia="ja-JP"/>
        </w:rPr>
        <w:t xml:space="preserve">　　　　　　　</w:t>
      </w:r>
      <w:r>
        <w:rPr>
          <w:rFonts w:hint="eastAsia"/>
          <w:sz w:val="24"/>
          <w:szCs w:val="24"/>
          <w:lang w:eastAsia="ja-JP"/>
        </w:rPr>
        <w:t xml:space="preserve">　　）</w:t>
      </w:r>
    </w:p>
    <w:p w14:paraId="4FF9353B" w14:textId="0721228C" w:rsidR="003310E1" w:rsidRPr="00F13BD3" w:rsidRDefault="003310E1">
      <w:pPr>
        <w:rPr>
          <w:lang w:eastAsia="ja-JP"/>
        </w:rPr>
      </w:pPr>
    </w:p>
    <w:p w14:paraId="0B341505" w14:textId="181EC65E" w:rsidR="00D17D21" w:rsidRPr="00F13BD3" w:rsidRDefault="00F13BD3" w:rsidP="005C2702">
      <w:pPr>
        <w:ind w:firstLineChars="2700" w:firstLine="5940"/>
        <w:rPr>
          <w:b/>
          <w:bCs/>
          <w:u w:val="single"/>
          <w:lang w:eastAsia="ja-JP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D64D13A" wp14:editId="52B96804">
                <wp:simplePos x="0" y="0"/>
                <wp:positionH relativeFrom="column">
                  <wp:posOffset>4048760</wp:posOffset>
                </wp:positionH>
                <wp:positionV relativeFrom="paragraph">
                  <wp:posOffset>144145</wp:posOffset>
                </wp:positionV>
                <wp:extent cx="1689100" cy="6350"/>
                <wp:effectExtent l="0" t="0" r="25400" b="31750"/>
                <wp:wrapNone/>
                <wp:docPr id="774922962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89100" cy="63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1BC6AB" id="直線コネクタ 4" o:spid="_x0000_s1026" style="position:absolute;flip:y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8.8pt,11.35pt" to="451.8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" strokecolor="black [3213]"/>
            </w:pict>
          </mc:Fallback>
        </mc:AlternateContent>
      </w:r>
      <w:r w:rsidR="008E66C1">
        <w:rPr>
          <w:lang w:eastAsia="ja-JP"/>
        </w:rPr>
        <w:t xml:space="preserve">　</w:t>
      </w:r>
      <w:r>
        <w:rPr>
          <w:rFonts w:hint="eastAsia"/>
          <w:b/>
          <w:bCs/>
          <w:u w:val="single"/>
          <w:lang w:eastAsia="ja-JP"/>
        </w:rPr>
        <w:t xml:space="preserve">　　</w:t>
      </w:r>
    </w:p>
    <w:p w14:paraId="450EA177" w14:textId="4772EA6B" w:rsidR="005C2702" w:rsidRPr="00F13BD3" w:rsidRDefault="00F13BD3" w:rsidP="005C2702">
      <w:pPr>
        <w:ind w:firstLineChars="2700" w:firstLine="5940"/>
        <w:rPr>
          <w:b/>
          <w:bCs/>
          <w:color w:val="EE0000"/>
          <w:u w:val="single"/>
          <w:lang w:eastAsia="ja-JP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78D3CFE" wp14:editId="2E84F26A">
                <wp:simplePos x="0" y="0"/>
                <wp:positionH relativeFrom="column">
                  <wp:posOffset>4074160</wp:posOffset>
                </wp:positionH>
                <wp:positionV relativeFrom="paragraph">
                  <wp:posOffset>165735</wp:posOffset>
                </wp:positionV>
                <wp:extent cx="1689100" cy="6350"/>
                <wp:effectExtent l="0" t="0" r="25400" b="31750"/>
                <wp:wrapNone/>
                <wp:docPr id="107264148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89100" cy="63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C6585E" id="直線コネクタ 4" o:spid="_x0000_s1026" style="position:absolute;flip:y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0.8pt,13.05pt" to="453.8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" strokecolor="black [3213]"/>
            </w:pict>
          </mc:Fallback>
        </mc:AlternateContent>
      </w:r>
      <w:r w:rsidR="000D5FBA" w:rsidRPr="00F13BD3">
        <w:rPr>
          <w:rFonts w:hint="eastAsia"/>
          <w:color w:val="EE0000"/>
          <w:u w:val="single"/>
          <w:lang w:eastAsia="ja-JP"/>
        </w:rPr>
        <w:t xml:space="preserve">　</w:t>
      </w:r>
    </w:p>
    <w:p w14:paraId="779F13BF" w14:textId="79D84F16" w:rsidR="00D17D21" w:rsidRPr="00F13BD3" w:rsidRDefault="00F13BD3" w:rsidP="005C2702">
      <w:pPr>
        <w:ind w:firstLineChars="2700" w:firstLine="5940"/>
        <w:rPr>
          <w:b/>
          <w:bCs/>
          <w:u w:val="single"/>
          <w:lang w:eastAsia="ja-JP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6AAD97" wp14:editId="0585F553">
                <wp:simplePos x="0" y="0"/>
                <wp:positionH relativeFrom="column">
                  <wp:posOffset>4055110</wp:posOffset>
                </wp:positionH>
                <wp:positionV relativeFrom="paragraph">
                  <wp:posOffset>167640</wp:posOffset>
                </wp:positionV>
                <wp:extent cx="1689100" cy="6350"/>
                <wp:effectExtent l="0" t="0" r="25400" b="31750"/>
                <wp:wrapNone/>
                <wp:docPr id="213765093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89100" cy="63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463635" id="直線コネクタ 4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9.3pt,13.2pt" to="452.3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" strokecolor="black [3213]"/>
            </w:pict>
          </mc:Fallback>
        </mc:AlternateContent>
      </w:r>
      <w:r w:rsidR="005C2702">
        <w:rPr>
          <w:rFonts w:hint="eastAsia"/>
          <w:b/>
          <w:bCs/>
          <w:color w:val="EE0000"/>
          <w:lang w:eastAsia="ja-JP"/>
        </w:rPr>
        <w:t xml:space="preserve">　</w:t>
      </w:r>
      <w:r>
        <w:rPr>
          <w:rFonts w:hint="eastAsia"/>
          <w:b/>
          <w:bCs/>
          <w:color w:val="EE0000"/>
          <w:u w:val="single"/>
          <w:lang w:eastAsia="ja-JP"/>
        </w:rPr>
        <w:t xml:space="preserve">　</w:t>
      </w:r>
      <w:r>
        <w:rPr>
          <w:rFonts w:hint="eastAsia"/>
          <w:b/>
          <w:bCs/>
          <w:u w:val="single"/>
          <w:lang w:eastAsia="ja-JP"/>
        </w:rPr>
        <w:t xml:space="preserve">　　　</w:t>
      </w:r>
    </w:p>
    <w:p w14:paraId="2CC58132" w14:textId="7F212620" w:rsidR="00D17D21" w:rsidRPr="00F13BD3" w:rsidRDefault="00F13BD3" w:rsidP="005C2702">
      <w:pPr>
        <w:ind w:firstLineChars="2600" w:firstLine="5720"/>
        <w:rPr>
          <w:b/>
          <w:bCs/>
          <w:color w:val="000000" w:themeColor="text1"/>
          <w:lang w:eastAsia="ja-JP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1A1D41" wp14:editId="75940E86">
                <wp:simplePos x="0" y="0"/>
                <wp:positionH relativeFrom="column">
                  <wp:posOffset>4061460</wp:posOffset>
                </wp:positionH>
                <wp:positionV relativeFrom="paragraph">
                  <wp:posOffset>189230</wp:posOffset>
                </wp:positionV>
                <wp:extent cx="1689100" cy="6350"/>
                <wp:effectExtent l="0" t="0" r="25400" b="31750"/>
                <wp:wrapNone/>
                <wp:docPr id="190823858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89100" cy="63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237D7D" id="直線コネクタ 4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9.8pt,14.9pt" to="452.8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" strokecolor="black [3213]"/>
            </w:pict>
          </mc:Fallback>
        </mc:AlternateContent>
      </w:r>
      <w:r w:rsidR="008E66C1">
        <w:rPr>
          <w:lang w:eastAsia="ja-JP"/>
        </w:rPr>
        <w:t xml:space="preserve">　</w:t>
      </w:r>
      <w:r w:rsidR="005C2702">
        <w:rPr>
          <w:rFonts w:hint="eastAsia"/>
          <w:lang w:eastAsia="ja-JP"/>
        </w:rPr>
        <w:t xml:space="preserve">　</w:t>
      </w:r>
      <w:r>
        <w:rPr>
          <w:rFonts w:hint="eastAsia"/>
          <w:b/>
          <w:bCs/>
          <w:color w:val="000000" w:themeColor="text1"/>
          <w:lang w:eastAsia="ja-JP"/>
        </w:rPr>
        <w:t xml:space="preserve">　　　　　　　　　　　　</w:t>
      </w:r>
      <w:r w:rsidR="00451E12">
        <w:rPr>
          <w:rFonts w:hint="eastAsia"/>
          <w:b/>
          <w:bCs/>
          <w:color w:val="EE0000"/>
          <w:lang w:eastAsia="ja-JP"/>
        </w:rPr>
        <w:t xml:space="preserve">　</w:t>
      </w:r>
      <w:r>
        <w:rPr>
          <w:rFonts w:hint="eastAsia"/>
          <w:b/>
          <w:bCs/>
          <w:color w:val="EE0000"/>
          <w:lang w:eastAsia="ja-JP"/>
        </w:rPr>
        <w:t xml:space="preserve">　　</w:t>
      </w:r>
      <w:r w:rsidR="008E66C1" w:rsidRPr="00F13BD3">
        <w:rPr>
          <w:b/>
          <w:bCs/>
          <w:color w:val="000000" w:themeColor="text1"/>
          <w:lang w:eastAsia="ja-JP"/>
        </w:rPr>
        <w:t>印</w:t>
      </w:r>
    </w:p>
    <w:sectPr w:rsidR="00D17D21" w:rsidRPr="00F13BD3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28475976">
    <w:abstractNumId w:val="8"/>
  </w:num>
  <w:num w:numId="2" w16cid:durableId="12266452">
    <w:abstractNumId w:val="6"/>
  </w:num>
  <w:num w:numId="3" w16cid:durableId="347172960">
    <w:abstractNumId w:val="5"/>
  </w:num>
  <w:num w:numId="4" w16cid:durableId="1689797621">
    <w:abstractNumId w:val="4"/>
  </w:num>
  <w:num w:numId="5" w16cid:durableId="1926066180">
    <w:abstractNumId w:val="7"/>
  </w:num>
  <w:num w:numId="6" w16cid:durableId="1963879587">
    <w:abstractNumId w:val="3"/>
  </w:num>
  <w:num w:numId="7" w16cid:durableId="503059294">
    <w:abstractNumId w:val="2"/>
  </w:num>
  <w:num w:numId="8" w16cid:durableId="1032339481">
    <w:abstractNumId w:val="1"/>
  </w:num>
  <w:num w:numId="9" w16cid:durableId="2039767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7E24"/>
    <w:rsid w:val="00034616"/>
    <w:rsid w:val="0006063C"/>
    <w:rsid w:val="00063B90"/>
    <w:rsid w:val="000D5FBA"/>
    <w:rsid w:val="000E5814"/>
    <w:rsid w:val="0015074B"/>
    <w:rsid w:val="001E450D"/>
    <w:rsid w:val="0029639D"/>
    <w:rsid w:val="002B7CC5"/>
    <w:rsid w:val="00326F90"/>
    <w:rsid w:val="003310E1"/>
    <w:rsid w:val="00451E12"/>
    <w:rsid w:val="005C2702"/>
    <w:rsid w:val="006F4E92"/>
    <w:rsid w:val="007871C1"/>
    <w:rsid w:val="008E66C1"/>
    <w:rsid w:val="009F5A3D"/>
    <w:rsid w:val="00AA1D8D"/>
    <w:rsid w:val="00B47730"/>
    <w:rsid w:val="00C84B39"/>
    <w:rsid w:val="00CB0664"/>
    <w:rsid w:val="00D17D21"/>
    <w:rsid w:val="00D8206D"/>
    <w:rsid w:val="00EA5A59"/>
    <w:rsid w:val="00F13BD3"/>
    <w:rsid w:val="00F65ED2"/>
    <w:rsid w:val="00FC693F"/>
    <w:rsid w:val="00FF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37B14C6"/>
  <w14:defaultImageDpi w14:val="300"/>
  <w15:docId w15:val="{FAB15FC7-052E-4182-8325-62BC724FD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M365 Copilot</dc:creator>
  <cp:keywords/>
  <dc:description>generated by python-docx</dc:description>
  <cp:lastModifiedBy>佐々木英美</cp:lastModifiedBy>
  <cp:revision>12</cp:revision>
  <cp:lastPrinted>2026-09-24T10:22:00Z</cp:lastPrinted>
  <dcterms:created xsi:type="dcterms:W3CDTF">2026-09-24T09:33:00Z</dcterms:created>
  <dcterms:modified xsi:type="dcterms:W3CDTF">2026-09-28T00:52:00Z</dcterms:modified>
  <cp:category/>
</cp:coreProperties>
</file>