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A9B2A" w14:textId="6FE89484" w:rsidR="006857E8" w:rsidRPr="00CF7CC2" w:rsidRDefault="00446011" w:rsidP="00CF7CC2">
      <w:pPr>
        <w:spacing w:after="0" w:line="240" w:lineRule="auto"/>
        <w:jc w:val="center"/>
        <w:rPr>
          <w:rFonts w:ascii="ＭＳ 明朝" w:eastAsia="ＭＳ 明朝" w:hAnsi="ＭＳ 明朝"/>
          <w:sz w:val="40"/>
          <w:szCs w:val="40"/>
          <w:lang w:eastAsia="ja-JP"/>
        </w:rPr>
      </w:pPr>
      <w:r w:rsidRPr="00CF7CC2">
        <w:rPr>
          <w:rFonts w:ascii="ＭＳ 明朝" w:eastAsia="ＭＳ 明朝" w:hAnsi="ＭＳ 明朝"/>
          <w:b/>
          <w:sz w:val="40"/>
          <w:szCs w:val="40"/>
          <w:lang w:eastAsia="ja-JP"/>
        </w:rPr>
        <w:t>今治市×パナマ市</w:t>
      </w:r>
      <w:r w:rsidR="00D968B3">
        <w:rPr>
          <w:rFonts w:ascii="ＭＳ 明朝" w:eastAsia="ＭＳ 明朝" w:hAnsi="ＭＳ 明朝" w:hint="eastAsia"/>
          <w:b/>
          <w:sz w:val="40"/>
          <w:szCs w:val="40"/>
          <w:lang w:eastAsia="ja-JP"/>
        </w:rPr>
        <w:t xml:space="preserve"> </w:t>
      </w:r>
      <w:r w:rsidRPr="00CF7CC2">
        <w:rPr>
          <w:rFonts w:ascii="ＭＳ 明朝" w:eastAsia="ＭＳ 明朝" w:hAnsi="ＭＳ 明朝"/>
          <w:b/>
          <w:sz w:val="40"/>
          <w:szCs w:val="40"/>
          <w:lang w:eastAsia="ja-JP"/>
        </w:rPr>
        <w:t>姉妹都市提携50周年記念</w:t>
      </w:r>
    </w:p>
    <w:p w14:paraId="765F53CD" w14:textId="504146A9" w:rsidR="006857E8" w:rsidRPr="00CF7CC2" w:rsidRDefault="00446011" w:rsidP="00CF7CC2">
      <w:pPr>
        <w:spacing w:after="0" w:line="240" w:lineRule="auto"/>
        <w:jc w:val="center"/>
        <w:rPr>
          <w:rFonts w:ascii="ＭＳ 明朝" w:eastAsia="ＭＳ 明朝" w:hAnsi="ＭＳ 明朝"/>
          <w:sz w:val="36"/>
          <w:szCs w:val="36"/>
          <w:lang w:eastAsia="ja-JP"/>
        </w:rPr>
      </w:pPr>
      <w:r w:rsidRPr="00CF7CC2">
        <w:rPr>
          <w:rFonts w:ascii="ＭＳ 明朝" w:eastAsia="ＭＳ 明朝" w:hAnsi="ＭＳ 明朝"/>
          <w:b/>
          <w:sz w:val="36"/>
          <w:szCs w:val="36"/>
          <w:lang w:eastAsia="ja-JP"/>
        </w:rPr>
        <w:t>ロゴデザインコンテスト</w:t>
      </w:r>
      <w:r w:rsidR="00D968B3">
        <w:rPr>
          <w:rFonts w:ascii="ＭＳ 明朝" w:eastAsia="ＭＳ 明朝" w:hAnsi="ＭＳ 明朝" w:hint="eastAsia"/>
          <w:b/>
          <w:sz w:val="36"/>
          <w:szCs w:val="36"/>
          <w:lang w:eastAsia="ja-JP"/>
        </w:rPr>
        <w:t xml:space="preserve"> </w:t>
      </w:r>
      <w:r w:rsidRPr="00CF7CC2">
        <w:rPr>
          <w:rFonts w:ascii="ＭＳ 明朝" w:eastAsia="ＭＳ 明朝" w:hAnsi="ＭＳ 明朝"/>
          <w:b/>
          <w:sz w:val="36"/>
          <w:szCs w:val="36"/>
          <w:lang w:eastAsia="ja-JP"/>
        </w:rPr>
        <w:t>応募用紙</w:t>
      </w:r>
    </w:p>
    <w:p w14:paraId="7352F8D0" w14:textId="77777777" w:rsidR="00CF7CC2" w:rsidRDefault="00CF7CC2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</w:p>
    <w:p w14:paraId="421ECC7E" w14:textId="48AEC1F0" w:rsidR="006857E8" w:rsidRPr="00CF7CC2" w:rsidRDefault="00446011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募集要項に基づき、以下の事項を記入してください。</w:t>
      </w:r>
    </w:p>
    <w:p w14:paraId="5D812BC6" w14:textId="77777777" w:rsidR="00CF7CC2" w:rsidRDefault="00CF7CC2" w:rsidP="00CF7CC2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</w:p>
    <w:p w14:paraId="3297E2B4" w14:textId="0D7E3B9C" w:rsidR="006857E8" w:rsidRPr="00CF7CC2" w:rsidRDefault="00446011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b/>
          <w:sz w:val="24"/>
          <w:szCs w:val="24"/>
          <w:lang w:eastAsia="ja-JP"/>
        </w:rPr>
        <w:t>１．</w:t>
      </w:r>
      <w:r w:rsidR="007F1A48">
        <w:rPr>
          <w:rFonts w:ascii="ＭＳ 明朝" w:eastAsia="ＭＳ 明朝" w:hAnsi="ＭＳ 明朝" w:hint="eastAsia"/>
          <w:b/>
          <w:sz w:val="24"/>
          <w:szCs w:val="24"/>
          <w:lang w:eastAsia="ja-JP"/>
        </w:rPr>
        <w:t>ロゴデザイン</w:t>
      </w:r>
      <w:r w:rsidR="00123C42">
        <w:rPr>
          <w:rFonts w:ascii="ＭＳ 明朝" w:eastAsia="ＭＳ 明朝" w:hAnsi="ＭＳ 明朝" w:hint="eastAsia"/>
          <w:b/>
          <w:sz w:val="24"/>
          <w:szCs w:val="24"/>
          <w:lang w:eastAsia="ja-JP"/>
        </w:rPr>
        <w:t xml:space="preserve"> </w:t>
      </w:r>
      <w:r w:rsidRPr="00CF7CC2">
        <w:rPr>
          <w:rFonts w:ascii="ＭＳ 明朝" w:eastAsia="ＭＳ 明朝" w:hAnsi="ＭＳ 明朝"/>
          <w:b/>
          <w:sz w:val="24"/>
          <w:szCs w:val="24"/>
          <w:lang w:eastAsia="ja-JP"/>
        </w:rPr>
        <w:t>コンセプト説明（200語以内）</w:t>
      </w:r>
    </w:p>
    <w:p w14:paraId="745B6D2F" w14:textId="2E5EA26C" w:rsidR="00CF7CC2" w:rsidRDefault="00446011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デザインに込めた思いや、今治市とパナマ市の友情・文化交流・協力関係、姉妹都市提携50周年などを、どのように表現したか</w:t>
      </w:r>
      <w:r w:rsidR="00123C42">
        <w:rPr>
          <w:rFonts w:ascii="ＭＳ 明朝" w:eastAsia="ＭＳ 明朝" w:hAnsi="ＭＳ 明朝" w:hint="eastAsia"/>
          <w:sz w:val="24"/>
          <w:szCs w:val="24"/>
          <w:lang w:eastAsia="ja-JP"/>
        </w:rPr>
        <w:t>、など</w:t>
      </w:r>
      <w:r w:rsidRPr="00CF7CC2">
        <w:rPr>
          <w:rFonts w:ascii="ＭＳ 明朝" w:eastAsia="ＭＳ 明朝" w:hAnsi="ＭＳ 明朝"/>
          <w:sz w:val="24"/>
          <w:szCs w:val="24"/>
          <w:lang w:eastAsia="ja-JP"/>
        </w:rPr>
        <w:t>を記入してください。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9953"/>
      </w:tblGrid>
      <w:tr w:rsidR="00CF7CC2" w14:paraId="54E30BA8" w14:textId="77777777" w:rsidTr="00FD7C9F">
        <w:trPr>
          <w:trHeight w:val="2810"/>
        </w:trPr>
        <w:tc>
          <w:tcPr>
            <w:tcW w:w="10170" w:type="dxa"/>
          </w:tcPr>
          <w:p w14:paraId="65324738" w14:textId="394D4AC3" w:rsidR="00CF7CC2" w:rsidRDefault="00CF7CC2" w:rsidP="00CF7CC2">
            <w:pPr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</w:p>
        </w:tc>
      </w:tr>
    </w:tbl>
    <w:p w14:paraId="28336C55" w14:textId="77777777" w:rsidR="00CF7CC2" w:rsidRDefault="00CF7CC2" w:rsidP="00CF7CC2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</w:p>
    <w:p w14:paraId="6F11C02F" w14:textId="3F7936AD" w:rsidR="006857E8" w:rsidRPr="00CF7CC2" w:rsidRDefault="00446011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b/>
          <w:sz w:val="24"/>
          <w:szCs w:val="24"/>
          <w:lang w:eastAsia="ja-JP"/>
        </w:rPr>
        <w:t>２．使用言語</w:t>
      </w:r>
    </w:p>
    <w:p w14:paraId="1706B5DA" w14:textId="77777777" w:rsidR="006857E8" w:rsidRPr="00CF7CC2" w:rsidRDefault="00446011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コンセプト説明に使用した言語にチェックしてください。</w:t>
      </w:r>
    </w:p>
    <w:p w14:paraId="777B1986" w14:textId="6D116E79" w:rsidR="006857E8" w:rsidRPr="00CF7CC2" w:rsidRDefault="00446011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□ 日本語　　　□ スペイン語　　　□ 英語</w:t>
      </w:r>
      <w:r w:rsidR="00045079">
        <w:rPr>
          <w:rFonts w:ascii="ＭＳ 明朝" w:eastAsia="ＭＳ 明朝" w:hAnsi="ＭＳ 明朝" w:hint="eastAsia"/>
          <w:sz w:val="24"/>
          <w:szCs w:val="24"/>
          <w:lang w:eastAsia="ja-JP"/>
        </w:rPr>
        <w:t xml:space="preserve">　　　□ その他（　　　　　　　）</w:t>
      </w:r>
    </w:p>
    <w:p w14:paraId="56E2BBE8" w14:textId="77777777" w:rsidR="00CF7CC2" w:rsidRDefault="00CF7CC2" w:rsidP="00CF7CC2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</w:p>
    <w:p w14:paraId="488F25C3" w14:textId="57CFB86B" w:rsidR="006857E8" w:rsidRDefault="00446011" w:rsidP="00CF7CC2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b/>
          <w:sz w:val="24"/>
          <w:szCs w:val="24"/>
        </w:rPr>
        <w:t>３．応募者情報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2113"/>
        <w:gridCol w:w="7840"/>
      </w:tblGrid>
      <w:tr w:rsidR="00CF7CC2" w14:paraId="62A66EB6" w14:textId="77777777" w:rsidTr="00B73074">
        <w:trPr>
          <w:trHeight w:val="481"/>
        </w:trPr>
        <w:tc>
          <w:tcPr>
            <w:tcW w:w="2113" w:type="dxa"/>
            <w:tcBorders>
              <w:bottom w:val="dotted" w:sz="4" w:space="0" w:color="auto"/>
            </w:tcBorders>
            <w:vAlign w:val="center"/>
          </w:tcPr>
          <w:p w14:paraId="4BD8D2A6" w14:textId="710776B0" w:rsidR="00CF7CC2" w:rsidRPr="00CF7CC2" w:rsidRDefault="00B90823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ふりがな</w:t>
            </w:r>
          </w:p>
        </w:tc>
        <w:tc>
          <w:tcPr>
            <w:tcW w:w="7840" w:type="dxa"/>
            <w:tcBorders>
              <w:bottom w:val="dotted" w:sz="4" w:space="0" w:color="auto"/>
            </w:tcBorders>
            <w:vAlign w:val="center"/>
          </w:tcPr>
          <w:p w14:paraId="58161813" w14:textId="77777777" w:rsidR="00CF7CC2" w:rsidRPr="00425529" w:rsidRDefault="00CF7CC2" w:rsidP="00FD7C9F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C20D6D" w14:paraId="489FFFE7" w14:textId="77777777" w:rsidTr="00B73074">
        <w:trPr>
          <w:trHeight w:val="481"/>
        </w:trPr>
        <w:tc>
          <w:tcPr>
            <w:tcW w:w="2113" w:type="dxa"/>
            <w:tcBorders>
              <w:top w:val="dotted" w:sz="4" w:space="0" w:color="auto"/>
            </w:tcBorders>
            <w:vAlign w:val="center"/>
          </w:tcPr>
          <w:p w14:paraId="5E1451A2" w14:textId="1AF81069" w:rsidR="00C20D6D" w:rsidRDefault="00C20D6D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氏</w:t>
            </w: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　</w:t>
            </w: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名</w:t>
            </w:r>
          </w:p>
        </w:tc>
        <w:tc>
          <w:tcPr>
            <w:tcW w:w="7840" w:type="dxa"/>
            <w:tcBorders>
              <w:top w:val="dotted" w:sz="4" w:space="0" w:color="auto"/>
            </w:tcBorders>
            <w:vAlign w:val="center"/>
          </w:tcPr>
          <w:p w14:paraId="4C8C9795" w14:textId="77777777" w:rsidR="00C20D6D" w:rsidRPr="00425529" w:rsidRDefault="00C20D6D" w:rsidP="00FD7C9F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CF7CC2" w14:paraId="58385C0E" w14:textId="77777777" w:rsidTr="00B73074">
        <w:trPr>
          <w:trHeight w:val="481"/>
        </w:trPr>
        <w:tc>
          <w:tcPr>
            <w:tcW w:w="2113" w:type="dxa"/>
            <w:tcBorders>
              <w:bottom w:val="dotted" w:sz="4" w:space="0" w:color="auto"/>
            </w:tcBorders>
            <w:vAlign w:val="center"/>
          </w:tcPr>
          <w:p w14:paraId="25F225D8" w14:textId="50C9F565" w:rsidR="00CF7CC2" w:rsidRPr="00CF7CC2" w:rsidRDefault="00F23B32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生年月日</w:t>
            </w:r>
          </w:p>
        </w:tc>
        <w:tc>
          <w:tcPr>
            <w:tcW w:w="7840" w:type="dxa"/>
            <w:tcBorders>
              <w:bottom w:val="dotted" w:sz="4" w:space="0" w:color="auto"/>
            </w:tcBorders>
            <w:vAlign w:val="center"/>
          </w:tcPr>
          <w:p w14:paraId="55A28E42" w14:textId="08490D43" w:rsidR="00CF7CC2" w:rsidRPr="00425529" w:rsidRDefault="00CF7CC2" w:rsidP="00FD7C9F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C20D6D" w14:paraId="229BDF68" w14:textId="77777777" w:rsidTr="00B73074">
        <w:trPr>
          <w:trHeight w:val="481"/>
        </w:trPr>
        <w:tc>
          <w:tcPr>
            <w:tcW w:w="2113" w:type="dxa"/>
            <w:tcBorders>
              <w:top w:val="dotted" w:sz="4" w:space="0" w:color="auto"/>
            </w:tcBorders>
            <w:vAlign w:val="center"/>
          </w:tcPr>
          <w:p w14:paraId="7BB83A26" w14:textId="18890035" w:rsidR="00C20D6D" w:rsidRDefault="00C20D6D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応募時の</w:t>
            </w: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年齢</w:t>
            </w:r>
          </w:p>
        </w:tc>
        <w:tc>
          <w:tcPr>
            <w:tcW w:w="7840" w:type="dxa"/>
            <w:tcBorders>
              <w:top w:val="dotted" w:sz="4" w:space="0" w:color="auto"/>
            </w:tcBorders>
            <w:vAlign w:val="center"/>
          </w:tcPr>
          <w:p w14:paraId="659BBC83" w14:textId="758E70AB" w:rsidR="00C20D6D" w:rsidRPr="00425529" w:rsidRDefault="00C20D6D" w:rsidP="00FD7C9F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5A04B3" w14:paraId="0A2B5F9C" w14:textId="77777777" w:rsidTr="00B73074">
        <w:trPr>
          <w:trHeight w:val="481"/>
        </w:trPr>
        <w:tc>
          <w:tcPr>
            <w:tcW w:w="2113" w:type="dxa"/>
            <w:vAlign w:val="center"/>
          </w:tcPr>
          <w:p w14:paraId="3D92899A" w14:textId="7433E728" w:rsidR="005A04B3" w:rsidRPr="00CF7CC2" w:rsidRDefault="005A04B3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住　　所</w:t>
            </w:r>
          </w:p>
        </w:tc>
        <w:tc>
          <w:tcPr>
            <w:tcW w:w="7840" w:type="dxa"/>
            <w:vAlign w:val="center"/>
          </w:tcPr>
          <w:p w14:paraId="39B5AFF0" w14:textId="77777777" w:rsidR="005A04B3" w:rsidRPr="00425529" w:rsidRDefault="005A04B3" w:rsidP="00CF7CC2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CF7CC2" w14:paraId="5CCF9CFC" w14:textId="77777777" w:rsidTr="00B73074">
        <w:trPr>
          <w:trHeight w:val="481"/>
        </w:trPr>
        <w:tc>
          <w:tcPr>
            <w:tcW w:w="2113" w:type="dxa"/>
            <w:vAlign w:val="center"/>
          </w:tcPr>
          <w:p w14:paraId="05307C60" w14:textId="6C4EA6CC" w:rsidR="00CF7CC2" w:rsidRPr="00CF7CC2" w:rsidRDefault="00CF7CC2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国</w:t>
            </w: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</w:t>
            </w:r>
            <w:r w:rsidR="003240A5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</w:t>
            </w: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籍</w:t>
            </w:r>
          </w:p>
        </w:tc>
        <w:tc>
          <w:tcPr>
            <w:tcW w:w="7840" w:type="dxa"/>
            <w:vAlign w:val="center"/>
          </w:tcPr>
          <w:p w14:paraId="302028F2" w14:textId="785A2BDB" w:rsidR="00CF7CC2" w:rsidRPr="00425529" w:rsidRDefault="00CF7CC2" w:rsidP="00CF7CC2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36163E" w14:paraId="3CB9AFDE" w14:textId="77777777" w:rsidTr="00362AEE">
        <w:trPr>
          <w:trHeight w:val="977"/>
        </w:trPr>
        <w:tc>
          <w:tcPr>
            <w:tcW w:w="2113" w:type="dxa"/>
            <w:vAlign w:val="center"/>
          </w:tcPr>
          <w:p w14:paraId="73B2640A" w14:textId="7A10B729" w:rsidR="00362AEE" w:rsidRPr="00362AEE" w:rsidRDefault="005A6577" w:rsidP="00362AEE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在学</w:t>
            </w:r>
            <w:r w:rsidR="00B73074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中の</w:t>
            </w:r>
            <w:r w:rsidR="007B17F7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学校名</w:t>
            </w:r>
          </w:p>
        </w:tc>
        <w:tc>
          <w:tcPr>
            <w:tcW w:w="7840" w:type="dxa"/>
            <w:vAlign w:val="center"/>
          </w:tcPr>
          <w:p w14:paraId="7FF72E3D" w14:textId="50C4982A" w:rsidR="0036163E" w:rsidRDefault="00362AEE" w:rsidP="00CF7CC2">
            <w:pPr>
              <w:jc w:val="both"/>
              <w:rPr>
                <w:rFonts w:ascii="ＭＳ 明朝" w:eastAsia="ＭＳ 明朝" w:hAnsi="ＭＳ 明朝"/>
                <w:bCs/>
                <w:sz w:val="18"/>
                <w:szCs w:val="18"/>
                <w:lang w:eastAsia="ja-JP"/>
              </w:rPr>
            </w:pPr>
            <w:r w:rsidRPr="00362AEE">
              <w:rPr>
                <w:rFonts w:ascii="ＭＳ 明朝" w:eastAsia="ＭＳ 明朝" w:hAnsi="ＭＳ 明朝"/>
                <w:bCs/>
                <w:sz w:val="18"/>
                <w:szCs w:val="18"/>
                <w:lang w:eastAsia="ja-JP"/>
              </w:rPr>
              <w:t>(</w:t>
            </w:r>
            <w:r w:rsidR="00C83800">
              <w:rPr>
                <w:rFonts w:ascii="ＭＳ 明朝" w:eastAsia="ＭＳ 明朝" w:hAnsi="ＭＳ 明朝" w:hint="eastAsia"/>
                <w:bCs/>
                <w:sz w:val="18"/>
                <w:szCs w:val="18"/>
                <w:lang w:eastAsia="ja-JP"/>
              </w:rPr>
              <w:t>※</w:t>
            </w:r>
            <w:r w:rsidRPr="00362AEE">
              <w:rPr>
                <w:rFonts w:ascii="ＭＳ 明朝" w:eastAsia="ＭＳ 明朝" w:hAnsi="ＭＳ 明朝"/>
                <w:bCs/>
                <w:sz w:val="18"/>
                <w:szCs w:val="18"/>
                <w:lang w:eastAsia="ja-JP"/>
              </w:rPr>
              <w:t>在学していない場合は記入不要)</w:t>
            </w:r>
          </w:p>
          <w:p w14:paraId="7081C657" w14:textId="77777777" w:rsidR="00362AEE" w:rsidRPr="00362AEE" w:rsidRDefault="00362AEE" w:rsidP="00CF7CC2">
            <w:pPr>
              <w:jc w:val="both"/>
              <w:rPr>
                <w:rFonts w:ascii="ＭＳ 明朝" w:eastAsia="ＭＳ 明朝" w:hAnsi="ＭＳ 明朝"/>
                <w:bCs/>
                <w:sz w:val="16"/>
                <w:szCs w:val="16"/>
                <w:lang w:eastAsia="ja-JP"/>
              </w:rPr>
            </w:pPr>
          </w:p>
          <w:p w14:paraId="1DB4D0C4" w14:textId="099C4B2F" w:rsidR="00362AEE" w:rsidRPr="00425529" w:rsidRDefault="00362AEE" w:rsidP="00CF7CC2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CF7CC2" w14:paraId="07EC98A6" w14:textId="77777777" w:rsidTr="00B73074">
        <w:trPr>
          <w:trHeight w:val="481"/>
        </w:trPr>
        <w:tc>
          <w:tcPr>
            <w:tcW w:w="2113" w:type="dxa"/>
            <w:vAlign w:val="center"/>
          </w:tcPr>
          <w:p w14:paraId="23C65DEB" w14:textId="506497FF" w:rsidR="00CF7CC2" w:rsidRPr="00CF7CC2" w:rsidRDefault="00B90823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電話番号</w:t>
            </w:r>
          </w:p>
        </w:tc>
        <w:tc>
          <w:tcPr>
            <w:tcW w:w="7840" w:type="dxa"/>
            <w:vAlign w:val="center"/>
          </w:tcPr>
          <w:p w14:paraId="0C0DC934" w14:textId="77777777" w:rsidR="00CF7CC2" w:rsidRPr="00425529" w:rsidRDefault="00CF7CC2" w:rsidP="00CF7CC2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CF7CC2" w14:paraId="1B903606" w14:textId="77777777" w:rsidTr="00B73074">
        <w:trPr>
          <w:trHeight w:val="481"/>
        </w:trPr>
        <w:tc>
          <w:tcPr>
            <w:tcW w:w="2113" w:type="dxa"/>
            <w:vAlign w:val="center"/>
          </w:tcPr>
          <w:p w14:paraId="1AA8DA18" w14:textId="7D8E24D2" w:rsidR="00CF7CC2" w:rsidRPr="00CF7CC2" w:rsidRDefault="00CF7CC2" w:rsidP="002B02C6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メールアドレス</w:t>
            </w:r>
          </w:p>
        </w:tc>
        <w:tc>
          <w:tcPr>
            <w:tcW w:w="7840" w:type="dxa"/>
            <w:vAlign w:val="center"/>
          </w:tcPr>
          <w:p w14:paraId="5AC390A0" w14:textId="77777777" w:rsidR="00CF7CC2" w:rsidRPr="00425529" w:rsidRDefault="00CF7CC2" w:rsidP="00CF7CC2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</w:tbl>
    <w:p w14:paraId="38B8CA96" w14:textId="77777777" w:rsidR="00A51621" w:rsidRDefault="00A51621" w:rsidP="00CF7CC2">
      <w:pPr>
        <w:spacing w:after="0" w:line="240" w:lineRule="auto"/>
        <w:rPr>
          <w:rFonts w:ascii="ＭＳ 明朝" w:eastAsia="ＭＳ 明朝" w:hAnsi="ＭＳ 明朝"/>
          <w:bCs/>
          <w:sz w:val="24"/>
          <w:szCs w:val="24"/>
          <w:lang w:eastAsia="ja-JP"/>
        </w:rPr>
      </w:pPr>
    </w:p>
    <w:p w14:paraId="2F078ADE" w14:textId="03F1ACD0" w:rsidR="00CF7CC2" w:rsidRDefault="00A51621" w:rsidP="00A51621">
      <w:pPr>
        <w:spacing w:after="0" w:line="240" w:lineRule="auto"/>
        <w:ind w:left="240" w:hangingChars="100" w:hanging="240"/>
        <w:rPr>
          <w:rFonts w:ascii="ＭＳ 明朝" w:eastAsia="ＭＳ 明朝" w:hAnsi="ＭＳ 明朝"/>
          <w:bCs/>
          <w:sz w:val="24"/>
          <w:szCs w:val="24"/>
          <w:lang w:eastAsia="ja-JP"/>
        </w:rPr>
      </w:pPr>
      <w:r>
        <w:rPr>
          <w:rFonts w:ascii="ＭＳ 明朝" w:eastAsia="ＭＳ 明朝" w:hAnsi="ＭＳ 明朝" w:hint="eastAsia"/>
          <w:bCs/>
          <w:sz w:val="24"/>
          <w:szCs w:val="24"/>
          <w:lang w:eastAsia="ja-JP"/>
        </w:rPr>
        <w:t xml:space="preserve">※ </w:t>
      </w:r>
      <w:r w:rsidRPr="00A51621">
        <w:rPr>
          <w:rFonts w:ascii="ＭＳ 明朝" w:eastAsia="ＭＳ 明朝" w:hAnsi="ＭＳ 明朝"/>
          <w:bCs/>
          <w:sz w:val="24"/>
          <w:szCs w:val="24"/>
          <w:lang w:eastAsia="ja-JP"/>
        </w:rPr>
        <w:t>応募時に提出いただいた個人情報については、本コンテストの実施・運営に必要な範囲でのみ使用し、本人の同意なく、本コンテストの目的以外に使用することはありません。</w:t>
      </w:r>
    </w:p>
    <w:p w14:paraId="3824EA2F" w14:textId="77777777" w:rsidR="00C1441D" w:rsidRPr="00C1441D" w:rsidRDefault="00C1441D" w:rsidP="00A51621">
      <w:pPr>
        <w:spacing w:after="0" w:line="240" w:lineRule="auto"/>
        <w:ind w:left="240" w:hangingChars="100" w:hanging="240"/>
        <w:rPr>
          <w:rFonts w:ascii="ＭＳ 明朝" w:eastAsia="ＭＳ 明朝" w:hAnsi="ＭＳ 明朝" w:hint="eastAsia"/>
          <w:bCs/>
          <w:sz w:val="24"/>
          <w:szCs w:val="24"/>
          <w:lang w:eastAsia="ja-JP"/>
        </w:rPr>
      </w:pPr>
    </w:p>
    <w:sectPr w:rsidR="00C1441D" w:rsidRPr="00C1441D" w:rsidSect="00FD7C9F">
      <w:pgSz w:w="12240" w:h="15840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D30D" w14:textId="77777777" w:rsidR="00A03FCD" w:rsidRDefault="00A03FCD" w:rsidP="00F23B32">
      <w:pPr>
        <w:spacing w:after="0" w:line="240" w:lineRule="auto"/>
      </w:pPr>
      <w:r>
        <w:separator/>
      </w:r>
    </w:p>
  </w:endnote>
  <w:endnote w:type="continuationSeparator" w:id="0">
    <w:p w14:paraId="600F2908" w14:textId="77777777" w:rsidR="00A03FCD" w:rsidRDefault="00A03FCD" w:rsidP="00F2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BEA79" w14:textId="77777777" w:rsidR="00A03FCD" w:rsidRDefault="00A03FCD" w:rsidP="00F23B32">
      <w:pPr>
        <w:spacing w:after="0" w:line="240" w:lineRule="auto"/>
      </w:pPr>
      <w:r>
        <w:separator/>
      </w:r>
    </w:p>
  </w:footnote>
  <w:footnote w:type="continuationSeparator" w:id="0">
    <w:p w14:paraId="27F3F6CC" w14:textId="77777777" w:rsidR="00A03FCD" w:rsidRDefault="00A03FCD" w:rsidP="00F23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394757">
    <w:abstractNumId w:val="8"/>
  </w:num>
  <w:num w:numId="2" w16cid:durableId="94516645">
    <w:abstractNumId w:val="6"/>
  </w:num>
  <w:num w:numId="3" w16cid:durableId="925922118">
    <w:abstractNumId w:val="5"/>
  </w:num>
  <w:num w:numId="4" w16cid:durableId="819612081">
    <w:abstractNumId w:val="4"/>
  </w:num>
  <w:num w:numId="5" w16cid:durableId="1071925034">
    <w:abstractNumId w:val="7"/>
  </w:num>
  <w:num w:numId="6" w16cid:durableId="1594170782">
    <w:abstractNumId w:val="3"/>
  </w:num>
  <w:num w:numId="7" w16cid:durableId="716858064">
    <w:abstractNumId w:val="2"/>
  </w:num>
  <w:num w:numId="8" w16cid:durableId="1252928127">
    <w:abstractNumId w:val="1"/>
  </w:num>
  <w:num w:numId="9" w16cid:durableId="91994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079"/>
    <w:rsid w:val="0006063C"/>
    <w:rsid w:val="000933AC"/>
    <w:rsid w:val="00122035"/>
    <w:rsid w:val="00123C42"/>
    <w:rsid w:val="0015074B"/>
    <w:rsid w:val="0029639D"/>
    <w:rsid w:val="002B02C6"/>
    <w:rsid w:val="003240A5"/>
    <w:rsid w:val="00326F90"/>
    <w:rsid w:val="0036163E"/>
    <w:rsid w:val="00362AEE"/>
    <w:rsid w:val="003B6947"/>
    <w:rsid w:val="003F486D"/>
    <w:rsid w:val="00425529"/>
    <w:rsid w:val="00446011"/>
    <w:rsid w:val="00490C5D"/>
    <w:rsid w:val="005A04B3"/>
    <w:rsid w:val="005A6577"/>
    <w:rsid w:val="005C349A"/>
    <w:rsid w:val="006857E8"/>
    <w:rsid w:val="00792542"/>
    <w:rsid w:val="007B17F7"/>
    <w:rsid w:val="007F1A48"/>
    <w:rsid w:val="00A03FCD"/>
    <w:rsid w:val="00A51621"/>
    <w:rsid w:val="00AA1D8D"/>
    <w:rsid w:val="00B47730"/>
    <w:rsid w:val="00B73074"/>
    <w:rsid w:val="00B90823"/>
    <w:rsid w:val="00C1441D"/>
    <w:rsid w:val="00C20D6D"/>
    <w:rsid w:val="00C77224"/>
    <w:rsid w:val="00C83800"/>
    <w:rsid w:val="00CB0664"/>
    <w:rsid w:val="00CF7CC2"/>
    <w:rsid w:val="00D35D0C"/>
    <w:rsid w:val="00D968B3"/>
    <w:rsid w:val="00DC10F6"/>
    <w:rsid w:val="00DE7782"/>
    <w:rsid w:val="00DF7CAE"/>
    <w:rsid w:val="00ED1C03"/>
    <w:rsid w:val="00F23B32"/>
    <w:rsid w:val="00F817E9"/>
    <w:rsid w:val="00FC693F"/>
    <w:rsid w:val="00FD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F3388"/>
  <w14:defaultImageDpi w14:val="300"/>
  <w15:docId w15:val="{E1ACC54E-645A-4AD5-902C-20581CAD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hAnsi="游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taka seo</cp:lastModifiedBy>
  <cp:revision>26</cp:revision>
  <dcterms:created xsi:type="dcterms:W3CDTF">2026-08-23T09:10:00Z</dcterms:created>
  <dcterms:modified xsi:type="dcterms:W3CDTF">2026-08-25T12:28:00Z</dcterms:modified>
  <cp:category/>
</cp:coreProperties>
</file>