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751C6" w14:textId="77777777" w:rsidR="006857E8" w:rsidRPr="00CF7CC2" w:rsidRDefault="00446011" w:rsidP="00CF7CC2">
      <w:pPr>
        <w:spacing w:after="0" w:line="240" w:lineRule="auto"/>
        <w:jc w:val="center"/>
        <w:rPr>
          <w:rFonts w:ascii="ＭＳ 明朝" w:eastAsia="ＭＳ 明朝" w:hAnsi="ＭＳ 明朝"/>
          <w:sz w:val="40"/>
          <w:szCs w:val="40"/>
          <w:lang w:eastAsia="ja-JP"/>
        </w:rPr>
      </w:pPr>
      <w:r w:rsidRPr="00CF7CC2">
        <w:rPr>
          <w:rFonts w:ascii="ＭＳ 明朝" w:eastAsia="ＭＳ 明朝" w:hAnsi="ＭＳ 明朝"/>
          <w:b/>
          <w:sz w:val="40"/>
          <w:szCs w:val="40"/>
          <w:lang w:eastAsia="ja-JP"/>
        </w:rPr>
        <w:t>保護者または法定代理人　同意書</w:t>
      </w:r>
    </w:p>
    <w:p w14:paraId="2DC9141D" w14:textId="6D95690E" w:rsidR="006857E8" w:rsidRPr="00484881" w:rsidRDefault="00446011" w:rsidP="00CF7CC2">
      <w:pPr>
        <w:spacing w:after="0" w:line="240" w:lineRule="auto"/>
        <w:jc w:val="center"/>
        <w:rPr>
          <w:rFonts w:ascii="ＭＳ 明朝" w:eastAsia="ＭＳ 明朝" w:hAnsi="ＭＳ 明朝"/>
          <w:b/>
          <w:bCs/>
          <w:sz w:val="28"/>
          <w:szCs w:val="28"/>
          <w:lang w:eastAsia="ja-JP"/>
        </w:rPr>
      </w:pPr>
      <w:r w:rsidRPr="00484881">
        <w:rPr>
          <w:rFonts w:ascii="ＭＳ 明朝" w:eastAsia="ＭＳ 明朝" w:hAnsi="ＭＳ 明朝"/>
          <w:b/>
          <w:bCs/>
          <w:sz w:val="28"/>
          <w:szCs w:val="28"/>
          <w:lang w:eastAsia="ja-JP"/>
        </w:rPr>
        <w:t>今治市×パナマ市</w:t>
      </w:r>
      <w:r w:rsidR="00484881">
        <w:rPr>
          <w:rFonts w:ascii="ＭＳ 明朝" w:eastAsia="ＭＳ 明朝" w:hAnsi="ＭＳ 明朝" w:hint="eastAsia"/>
          <w:b/>
          <w:bCs/>
          <w:sz w:val="28"/>
          <w:szCs w:val="28"/>
          <w:lang w:eastAsia="ja-JP"/>
        </w:rPr>
        <w:t xml:space="preserve"> </w:t>
      </w:r>
      <w:r w:rsidRPr="00484881">
        <w:rPr>
          <w:rFonts w:ascii="ＭＳ 明朝" w:eastAsia="ＭＳ 明朝" w:hAnsi="ＭＳ 明朝"/>
          <w:b/>
          <w:bCs/>
          <w:sz w:val="28"/>
          <w:szCs w:val="28"/>
          <w:lang w:eastAsia="ja-JP"/>
        </w:rPr>
        <w:t>姉妹都市提携50周年記念ロゴデザイン</w:t>
      </w:r>
      <w:r w:rsidR="001B6A4F">
        <w:rPr>
          <w:rFonts w:ascii="ＭＳ 明朝" w:eastAsia="ＭＳ 明朝" w:hAnsi="ＭＳ 明朝" w:hint="eastAsia"/>
          <w:b/>
          <w:bCs/>
          <w:sz w:val="28"/>
          <w:szCs w:val="28"/>
          <w:lang w:eastAsia="ja-JP"/>
        </w:rPr>
        <w:t xml:space="preserve"> </w:t>
      </w:r>
      <w:r w:rsidRPr="00484881">
        <w:rPr>
          <w:rFonts w:ascii="ＭＳ 明朝" w:eastAsia="ＭＳ 明朝" w:hAnsi="ＭＳ 明朝"/>
          <w:b/>
          <w:bCs/>
          <w:sz w:val="28"/>
          <w:szCs w:val="28"/>
          <w:lang w:eastAsia="ja-JP"/>
        </w:rPr>
        <w:t>コンテスト</w:t>
      </w:r>
    </w:p>
    <w:p w14:paraId="133609EC" w14:textId="661DBC7B" w:rsidR="00CF7CC2" w:rsidRDefault="00CF7CC2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</w:p>
    <w:p w14:paraId="161567B1" w14:textId="094B410A" w:rsidR="006857E8" w:rsidRDefault="00E22937" w:rsidP="00CF7CC2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4"/>
          <w:lang w:eastAsia="ja-JP"/>
        </w:rPr>
      </w:pPr>
      <w:r>
        <w:rPr>
          <w:rFonts w:ascii="ＭＳ 明朝" w:eastAsia="ＭＳ 明朝" w:hAnsi="ＭＳ 明朝" w:hint="eastAsia"/>
          <w:sz w:val="24"/>
          <w:szCs w:val="24"/>
          <w:lang w:eastAsia="ja-JP"/>
        </w:rPr>
        <w:t>※</w:t>
      </w:r>
      <w:r w:rsidR="00446011" w:rsidRPr="00CF7CC2">
        <w:rPr>
          <w:rFonts w:ascii="ＭＳ 明朝" w:eastAsia="ＭＳ 明朝" w:hAnsi="ＭＳ 明朝"/>
          <w:sz w:val="24"/>
          <w:szCs w:val="24"/>
          <w:lang w:eastAsia="ja-JP"/>
        </w:rPr>
        <w:t>応募者が未成年</w:t>
      </w:r>
      <w:r w:rsidR="009458A8">
        <w:rPr>
          <w:rFonts w:ascii="ＭＳ 明朝" w:eastAsia="ＭＳ 明朝" w:hAnsi="ＭＳ 明朝" w:hint="eastAsia"/>
          <w:sz w:val="24"/>
          <w:szCs w:val="24"/>
          <w:lang w:eastAsia="ja-JP"/>
        </w:rPr>
        <w:t>（18歳未満）</w:t>
      </w:r>
      <w:r w:rsidR="00446011" w:rsidRPr="00CF7CC2">
        <w:rPr>
          <w:rFonts w:ascii="ＭＳ 明朝" w:eastAsia="ＭＳ 明朝" w:hAnsi="ＭＳ 明朝"/>
          <w:sz w:val="24"/>
          <w:szCs w:val="24"/>
          <w:lang w:eastAsia="ja-JP"/>
        </w:rPr>
        <w:t>の場合は、本同意書を提出してください。</w:t>
      </w:r>
    </w:p>
    <w:p w14:paraId="23AB264B" w14:textId="768D7C0F" w:rsidR="00E22937" w:rsidRPr="00CF7CC2" w:rsidRDefault="00E22937" w:rsidP="00CF7CC2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4"/>
          <w:lang w:eastAsia="ja-JP"/>
        </w:rPr>
      </w:pPr>
    </w:p>
    <w:p w14:paraId="4E37ABE5" w14:textId="35768007" w:rsidR="006857E8" w:rsidRDefault="00446011" w:rsidP="00CF7CC2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sz w:val="24"/>
          <w:szCs w:val="24"/>
          <w:lang w:eastAsia="ja-JP"/>
        </w:rPr>
        <w:t>私は、下記の応募者が本コンテストに応募することについて、募集要項の内容を確認のうえ、同意します。</w:t>
      </w:r>
    </w:p>
    <w:p w14:paraId="4FEF3E1B" w14:textId="77777777" w:rsidR="00CF7CC2" w:rsidRPr="00CF7CC2" w:rsidRDefault="00CF7CC2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</w:p>
    <w:p w14:paraId="529C4EB4" w14:textId="786BDF38" w:rsidR="00CF7CC2" w:rsidRPr="00CF7CC2" w:rsidRDefault="00446011" w:rsidP="00CF7CC2">
      <w:pPr>
        <w:spacing w:after="0" w:line="240" w:lineRule="auto"/>
        <w:rPr>
          <w:rFonts w:ascii="ＭＳ 明朝" w:eastAsia="ＭＳ 明朝" w:hAnsi="ＭＳ 明朝"/>
          <w:bCs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b/>
          <w:sz w:val="24"/>
          <w:szCs w:val="24"/>
        </w:rPr>
        <w:t>１．応募者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2113"/>
        <w:gridCol w:w="7840"/>
      </w:tblGrid>
      <w:tr w:rsidR="00CF7CC2" w14:paraId="52EF5E17" w14:textId="77777777" w:rsidTr="00E954E0">
        <w:trPr>
          <w:trHeight w:val="481"/>
        </w:trPr>
        <w:tc>
          <w:tcPr>
            <w:tcW w:w="2113" w:type="dxa"/>
            <w:vAlign w:val="center"/>
          </w:tcPr>
          <w:p w14:paraId="51842E19" w14:textId="1B1F5ADF" w:rsidR="00CF7CC2" w:rsidRPr="00CF7CC2" w:rsidRDefault="00CF7CC2" w:rsidP="00793064">
            <w:pPr>
              <w:jc w:val="distribute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  <w:r w:rsidRPr="00CF7CC2">
              <w:rPr>
                <w:rFonts w:ascii="ＭＳ 明朝" w:eastAsia="ＭＳ 明朝" w:hAnsi="ＭＳ 明朝" w:hint="eastAsia"/>
                <w:bCs/>
                <w:sz w:val="24"/>
                <w:szCs w:val="24"/>
                <w:lang w:eastAsia="ja-JP"/>
              </w:rPr>
              <w:t>氏</w:t>
            </w:r>
            <w:r w:rsidR="003240A5">
              <w:rPr>
                <w:rFonts w:ascii="ＭＳ 明朝" w:eastAsia="ＭＳ 明朝" w:hAnsi="ＭＳ 明朝" w:hint="eastAsia"/>
                <w:bCs/>
                <w:sz w:val="24"/>
                <w:szCs w:val="24"/>
                <w:lang w:eastAsia="ja-JP"/>
              </w:rPr>
              <w:t xml:space="preserve">　　</w:t>
            </w:r>
            <w:r w:rsidRPr="00CF7CC2">
              <w:rPr>
                <w:rFonts w:ascii="ＭＳ 明朝" w:eastAsia="ＭＳ 明朝" w:hAnsi="ＭＳ 明朝" w:hint="eastAsia"/>
                <w:bCs/>
                <w:sz w:val="24"/>
                <w:szCs w:val="24"/>
                <w:lang w:eastAsia="ja-JP"/>
              </w:rPr>
              <w:t>名</w:t>
            </w:r>
          </w:p>
        </w:tc>
        <w:tc>
          <w:tcPr>
            <w:tcW w:w="7840" w:type="dxa"/>
            <w:vAlign w:val="center"/>
          </w:tcPr>
          <w:p w14:paraId="56E965B3" w14:textId="336E6923" w:rsidR="00CF7CC2" w:rsidRPr="00425529" w:rsidRDefault="00CF7CC2" w:rsidP="004B2F15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</w:tbl>
    <w:p w14:paraId="78FF2165" w14:textId="77777777" w:rsidR="00CF7CC2" w:rsidRDefault="00CF7CC2" w:rsidP="00CF7CC2">
      <w:pPr>
        <w:spacing w:after="0" w:line="240" w:lineRule="auto"/>
        <w:rPr>
          <w:rFonts w:ascii="ＭＳ 明朝" w:eastAsia="ＭＳ 明朝" w:hAnsi="ＭＳ 明朝"/>
          <w:b/>
          <w:sz w:val="24"/>
          <w:szCs w:val="24"/>
          <w:lang w:eastAsia="ja-JP"/>
        </w:rPr>
      </w:pPr>
    </w:p>
    <w:p w14:paraId="3C6AFDD0" w14:textId="1A31866F" w:rsidR="006857E8" w:rsidRDefault="00446011" w:rsidP="00CF7CC2">
      <w:pPr>
        <w:spacing w:after="0" w:line="240" w:lineRule="auto"/>
        <w:rPr>
          <w:rFonts w:ascii="ＭＳ 明朝" w:eastAsia="ＭＳ 明朝" w:hAnsi="ＭＳ 明朝"/>
          <w:b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b/>
          <w:sz w:val="24"/>
          <w:szCs w:val="24"/>
          <w:lang w:eastAsia="ja-JP"/>
        </w:rPr>
        <w:t>２．保護者または法定代理人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2113"/>
        <w:gridCol w:w="7840"/>
      </w:tblGrid>
      <w:tr w:rsidR="00DC35BC" w14:paraId="4FDCADE8" w14:textId="77777777" w:rsidTr="00E954E0">
        <w:trPr>
          <w:trHeight w:val="481"/>
        </w:trPr>
        <w:tc>
          <w:tcPr>
            <w:tcW w:w="2113" w:type="dxa"/>
            <w:tcBorders>
              <w:bottom w:val="dotted" w:sz="4" w:space="0" w:color="auto"/>
            </w:tcBorders>
            <w:vAlign w:val="center"/>
          </w:tcPr>
          <w:p w14:paraId="1BEFCB88" w14:textId="77777777" w:rsidR="00DC35BC" w:rsidRPr="00CF7CC2" w:rsidRDefault="00DC35BC" w:rsidP="00793064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ふりがな</w:t>
            </w:r>
          </w:p>
        </w:tc>
        <w:tc>
          <w:tcPr>
            <w:tcW w:w="7840" w:type="dxa"/>
            <w:tcBorders>
              <w:bottom w:val="dotted" w:sz="4" w:space="0" w:color="auto"/>
            </w:tcBorders>
            <w:vAlign w:val="center"/>
          </w:tcPr>
          <w:p w14:paraId="595FEB8F" w14:textId="77777777" w:rsidR="00DC35BC" w:rsidRPr="00425529" w:rsidRDefault="00DC35BC" w:rsidP="00063A34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DC35BC" w14:paraId="719A10CE" w14:textId="77777777" w:rsidTr="00E954E0">
        <w:trPr>
          <w:trHeight w:val="481"/>
        </w:trPr>
        <w:tc>
          <w:tcPr>
            <w:tcW w:w="2113" w:type="dxa"/>
            <w:tcBorders>
              <w:top w:val="dotted" w:sz="4" w:space="0" w:color="auto"/>
            </w:tcBorders>
            <w:vAlign w:val="center"/>
          </w:tcPr>
          <w:p w14:paraId="600878C4" w14:textId="77777777" w:rsidR="00DC35BC" w:rsidRDefault="00DC35BC" w:rsidP="00793064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CF7CC2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氏</w:t>
            </w: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 xml:space="preserve">　　</w:t>
            </w:r>
            <w:r w:rsidRPr="00CF7CC2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名</w:t>
            </w:r>
          </w:p>
        </w:tc>
        <w:tc>
          <w:tcPr>
            <w:tcW w:w="7840" w:type="dxa"/>
            <w:tcBorders>
              <w:top w:val="dotted" w:sz="4" w:space="0" w:color="auto"/>
            </w:tcBorders>
            <w:vAlign w:val="center"/>
          </w:tcPr>
          <w:p w14:paraId="400DEF17" w14:textId="77777777" w:rsidR="00DC35BC" w:rsidRPr="00425529" w:rsidRDefault="00DC35BC" w:rsidP="00063A34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DC35BC" w14:paraId="0B8E8064" w14:textId="77777777" w:rsidTr="00E954E0">
        <w:trPr>
          <w:trHeight w:val="481"/>
        </w:trPr>
        <w:tc>
          <w:tcPr>
            <w:tcW w:w="2113" w:type="dxa"/>
            <w:tcBorders>
              <w:bottom w:val="single" w:sz="4" w:space="0" w:color="auto"/>
            </w:tcBorders>
            <w:vAlign w:val="center"/>
          </w:tcPr>
          <w:p w14:paraId="3E83ABAB" w14:textId="65326731" w:rsidR="00DC35BC" w:rsidRPr="00CF7CC2" w:rsidRDefault="00DC35BC" w:rsidP="00793064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応募者との続柄</w:t>
            </w:r>
          </w:p>
        </w:tc>
        <w:tc>
          <w:tcPr>
            <w:tcW w:w="7840" w:type="dxa"/>
            <w:tcBorders>
              <w:bottom w:val="single" w:sz="4" w:space="0" w:color="auto"/>
            </w:tcBorders>
            <w:vAlign w:val="center"/>
          </w:tcPr>
          <w:p w14:paraId="5C5D8A46" w14:textId="77777777" w:rsidR="00DC35BC" w:rsidRPr="00425529" w:rsidRDefault="00DC35BC" w:rsidP="00063A34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DC35BC" w14:paraId="38D13EA8" w14:textId="77777777" w:rsidTr="00E954E0">
        <w:trPr>
          <w:trHeight w:val="481"/>
        </w:trPr>
        <w:tc>
          <w:tcPr>
            <w:tcW w:w="2113" w:type="dxa"/>
            <w:vAlign w:val="center"/>
          </w:tcPr>
          <w:p w14:paraId="1B3FFF16" w14:textId="77777777" w:rsidR="00DC35BC" w:rsidRPr="00CF7CC2" w:rsidRDefault="00DC35BC" w:rsidP="00793064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住　　所</w:t>
            </w:r>
          </w:p>
        </w:tc>
        <w:tc>
          <w:tcPr>
            <w:tcW w:w="7840" w:type="dxa"/>
            <w:vAlign w:val="center"/>
          </w:tcPr>
          <w:p w14:paraId="0129BA00" w14:textId="77777777" w:rsidR="00DC35BC" w:rsidRPr="00425529" w:rsidRDefault="00DC35BC" w:rsidP="00063A34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DC35BC" w14:paraId="1D54E11C" w14:textId="77777777" w:rsidTr="00E954E0">
        <w:trPr>
          <w:trHeight w:val="481"/>
        </w:trPr>
        <w:tc>
          <w:tcPr>
            <w:tcW w:w="2113" w:type="dxa"/>
            <w:vAlign w:val="center"/>
          </w:tcPr>
          <w:p w14:paraId="7BAFAB80" w14:textId="77777777" w:rsidR="00DC35BC" w:rsidRPr="00CF7CC2" w:rsidRDefault="00DC35BC" w:rsidP="00793064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電話番号</w:t>
            </w:r>
          </w:p>
        </w:tc>
        <w:tc>
          <w:tcPr>
            <w:tcW w:w="7840" w:type="dxa"/>
            <w:vAlign w:val="center"/>
          </w:tcPr>
          <w:p w14:paraId="1D533CEC" w14:textId="77777777" w:rsidR="00DC35BC" w:rsidRPr="00425529" w:rsidRDefault="00DC35BC" w:rsidP="00063A34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  <w:tr w:rsidR="00DC35BC" w14:paraId="3CAA0833" w14:textId="77777777" w:rsidTr="00E954E0">
        <w:trPr>
          <w:trHeight w:val="481"/>
        </w:trPr>
        <w:tc>
          <w:tcPr>
            <w:tcW w:w="2113" w:type="dxa"/>
            <w:vAlign w:val="center"/>
          </w:tcPr>
          <w:p w14:paraId="5C4CAB90" w14:textId="77777777" w:rsidR="00DC35BC" w:rsidRPr="00CF7CC2" w:rsidRDefault="00DC35BC" w:rsidP="00793064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CF7CC2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メールアドレス</w:t>
            </w:r>
          </w:p>
        </w:tc>
        <w:tc>
          <w:tcPr>
            <w:tcW w:w="7840" w:type="dxa"/>
            <w:vAlign w:val="center"/>
          </w:tcPr>
          <w:p w14:paraId="045E9C97" w14:textId="77777777" w:rsidR="00DC35BC" w:rsidRPr="00425529" w:rsidRDefault="00DC35BC" w:rsidP="00063A34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</w:tbl>
    <w:p w14:paraId="620960F8" w14:textId="77777777" w:rsidR="00DC35BC" w:rsidRDefault="00DC35BC" w:rsidP="00DC35BC">
      <w:pPr>
        <w:spacing w:after="0" w:line="240" w:lineRule="auto"/>
        <w:rPr>
          <w:rFonts w:ascii="ＭＳ 明朝" w:eastAsia="ＭＳ 明朝" w:hAnsi="ＭＳ 明朝"/>
          <w:b/>
          <w:sz w:val="24"/>
          <w:szCs w:val="24"/>
          <w:lang w:eastAsia="ja-JP"/>
        </w:rPr>
      </w:pPr>
    </w:p>
    <w:p w14:paraId="4D027123" w14:textId="77777777" w:rsidR="006857E8" w:rsidRPr="00CF7CC2" w:rsidRDefault="00446011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</w:rPr>
      </w:pPr>
      <w:r w:rsidRPr="00CF7CC2">
        <w:rPr>
          <w:rFonts w:ascii="ＭＳ 明朝" w:eastAsia="ＭＳ 明朝" w:hAnsi="ＭＳ 明朝"/>
          <w:b/>
          <w:sz w:val="24"/>
          <w:szCs w:val="24"/>
        </w:rPr>
        <w:t>３．同意事項</w:t>
      </w:r>
    </w:p>
    <w:p w14:paraId="71BB3297" w14:textId="625242B4" w:rsidR="006857E8" w:rsidRPr="00CF7CC2" w:rsidRDefault="005E1315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  <w:r>
        <w:rPr>
          <w:rFonts w:ascii="ＭＳ 明朝" w:eastAsia="ＭＳ 明朝" w:hAnsi="ＭＳ 明朝" w:hint="eastAsia"/>
          <w:sz w:val="24"/>
          <w:szCs w:val="24"/>
          <w:lang w:eastAsia="ja-JP"/>
        </w:rPr>
        <w:t>・</w:t>
      </w:r>
      <w:r w:rsidR="00446011" w:rsidRPr="00CF7CC2">
        <w:rPr>
          <w:rFonts w:ascii="ＭＳ 明朝" w:eastAsia="ＭＳ 明朝" w:hAnsi="ＭＳ 明朝"/>
          <w:sz w:val="24"/>
          <w:szCs w:val="24"/>
          <w:lang w:eastAsia="ja-JP"/>
        </w:rPr>
        <w:t>上記応募者が本コンテストに応募すること。</w:t>
      </w:r>
    </w:p>
    <w:p w14:paraId="3590B3C2" w14:textId="21F03E23" w:rsidR="006857E8" w:rsidRPr="005E1315" w:rsidRDefault="00446011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sz w:val="24"/>
          <w:szCs w:val="24"/>
          <w:lang w:eastAsia="ja-JP"/>
        </w:rPr>
        <w:t>・</w:t>
      </w:r>
      <w:r w:rsidRPr="005E1315">
        <w:rPr>
          <w:rFonts w:ascii="ＭＳ 明朝" w:eastAsia="ＭＳ 明朝" w:hAnsi="ＭＳ 明朝"/>
          <w:sz w:val="24"/>
          <w:szCs w:val="24"/>
          <w:lang w:eastAsia="ja-JP"/>
        </w:rPr>
        <w:t>募集要項に定める応募資格、技術要件</w:t>
      </w:r>
      <w:r w:rsidR="00D94BD1" w:rsidRPr="005E1315">
        <w:rPr>
          <w:rFonts w:ascii="ＭＳ 明朝" w:eastAsia="ＭＳ 明朝" w:hAnsi="ＭＳ 明朝" w:hint="eastAsia"/>
          <w:sz w:val="24"/>
          <w:szCs w:val="24"/>
          <w:lang w:eastAsia="ja-JP"/>
        </w:rPr>
        <w:t>、</w:t>
      </w:r>
      <w:r w:rsidR="00D94BD1" w:rsidRPr="005E1315">
        <w:rPr>
          <w:rFonts w:ascii="ＭＳ 明朝" w:eastAsia="ＭＳ 明朝" w:hAnsi="ＭＳ 明朝"/>
          <w:sz w:val="24"/>
          <w:szCs w:val="24"/>
          <w:lang w:eastAsia="ja-JP"/>
        </w:rPr>
        <w:t>応募制限</w:t>
      </w:r>
      <w:r w:rsidRPr="005E1315">
        <w:rPr>
          <w:rFonts w:ascii="ＭＳ 明朝" w:eastAsia="ＭＳ 明朝" w:hAnsi="ＭＳ 明朝"/>
          <w:sz w:val="24"/>
          <w:szCs w:val="24"/>
          <w:lang w:eastAsia="ja-JP"/>
        </w:rPr>
        <w:t>その他の条件を確認し、これを遵守すること。</w:t>
      </w:r>
    </w:p>
    <w:p w14:paraId="0B4CD858" w14:textId="77777777" w:rsidR="006857E8" w:rsidRPr="00CF7CC2" w:rsidRDefault="00446011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  <w:r w:rsidRPr="005E1315">
        <w:rPr>
          <w:rFonts w:ascii="ＭＳ 明朝" w:eastAsia="ＭＳ 明朝" w:hAnsi="ＭＳ 明朝"/>
          <w:sz w:val="24"/>
          <w:szCs w:val="24"/>
          <w:lang w:eastAsia="ja-JP"/>
        </w:rPr>
        <w:t>・応募作品が採用された場合、募集要項に記載された</w:t>
      </w:r>
      <w:r w:rsidRPr="00CF7CC2">
        <w:rPr>
          <w:rFonts w:ascii="ＭＳ 明朝" w:eastAsia="ＭＳ 明朝" w:hAnsi="ＭＳ 明朝"/>
          <w:sz w:val="24"/>
          <w:szCs w:val="24"/>
          <w:lang w:eastAsia="ja-JP"/>
        </w:rPr>
        <w:t>使用目的に基づき、両市および関係団体がロゴマークを使用すること。</w:t>
      </w:r>
    </w:p>
    <w:p w14:paraId="1E146AA8" w14:textId="77777777" w:rsidR="006857E8" w:rsidRDefault="00446011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sz w:val="24"/>
          <w:szCs w:val="24"/>
          <w:lang w:eastAsia="ja-JP"/>
        </w:rPr>
        <w:t>・応募作品について、第三者の著作権、商標権その他の権利を侵害していないことを確認すること。</w:t>
      </w:r>
    </w:p>
    <w:p w14:paraId="0E92355E" w14:textId="77777777" w:rsidR="00CF7CC2" w:rsidRDefault="00CF7CC2" w:rsidP="00CF7CC2">
      <w:pPr>
        <w:spacing w:after="0" w:line="240" w:lineRule="auto"/>
        <w:rPr>
          <w:rFonts w:ascii="ＭＳ 明朝" w:eastAsia="ＭＳ 明朝" w:hAnsi="ＭＳ 明朝"/>
          <w:sz w:val="24"/>
          <w:szCs w:val="24"/>
          <w:lang w:eastAsia="ja-JP"/>
        </w:rPr>
      </w:pPr>
    </w:p>
    <w:p w14:paraId="104C7BD6" w14:textId="7819BDC5" w:rsidR="006857E8" w:rsidRDefault="00446011" w:rsidP="00CF7CC2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4"/>
          <w:lang w:eastAsia="ja-JP"/>
        </w:rPr>
      </w:pPr>
      <w:r w:rsidRPr="00CF7CC2">
        <w:rPr>
          <w:rFonts w:ascii="ＭＳ 明朝" w:eastAsia="ＭＳ 明朝" w:hAnsi="ＭＳ 明朝"/>
          <w:sz w:val="24"/>
          <w:szCs w:val="24"/>
          <w:lang w:eastAsia="ja-JP"/>
        </w:rPr>
        <w:t>以上について同意します。</w:t>
      </w:r>
    </w:p>
    <w:p w14:paraId="22D3671D" w14:textId="7AFE6664" w:rsidR="00425529" w:rsidRPr="00425529" w:rsidRDefault="00425529" w:rsidP="00425529">
      <w:pPr>
        <w:spacing w:after="0" w:line="240" w:lineRule="auto"/>
        <w:rPr>
          <w:rFonts w:ascii="ＭＳ 明朝" w:eastAsia="ＭＳ 明朝" w:hAnsi="ＭＳ 明朝"/>
          <w:bCs/>
          <w:sz w:val="24"/>
          <w:szCs w:val="24"/>
          <w:lang w:eastAsia="ja-JP"/>
        </w:rPr>
      </w:pP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2461"/>
        <w:gridCol w:w="7492"/>
      </w:tblGrid>
      <w:tr w:rsidR="00425529" w14:paraId="31CB8C7F" w14:textId="77777777" w:rsidTr="004B2F15">
        <w:trPr>
          <w:trHeight w:val="481"/>
        </w:trPr>
        <w:tc>
          <w:tcPr>
            <w:tcW w:w="2509" w:type="dxa"/>
            <w:vAlign w:val="center"/>
          </w:tcPr>
          <w:p w14:paraId="232778E3" w14:textId="75175CEB" w:rsidR="00425529" w:rsidRPr="00CF7CC2" w:rsidRDefault="00425529" w:rsidP="00793064">
            <w:pPr>
              <w:jc w:val="distribute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bCs/>
                <w:sz w:val="24"/>
                <w:szCs w:val="24"/>
                <w:lang w:eastAsia="ja-JP"/>
              </w:rPr>
              <w:t>同意日</w:t>
            </w:r>
          </w:p>
        </w:tc>
        <w:tc>
          <w:tcPr>
            <w:tcW w:w="7661" w:type="dxa"/>
            <w:vAlign w:val="center"/>
          </w:tcPr>
          <w:p w14:paraId="3C555C87" w14:textId="76D146FF" w:rsidR="00425529" w:rsidRPr="00425529" w:rsidRDefault="00425529" w:rsidP="004B2F15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  <w:r w:rsidRPr="00425529">
              <w:rPr>
                <w:rFonts w:ascii="ＭＳ 明朝" w:eastAsia="ＭＳ 明朝" w:hAnsi="ＭＳ 明朝" w:hint="eastAsia"/>
                <w:bCs/>
                <w:sz w:val="24"/>
                <w:szCs w:val="24"/>
                <w:lang w:eastAsia="ja-JP"/>
              </w:rPr>
              <w:t>令和　　年　　月　　日</w:t>
            </w:r>
          </w:p>
        </w:tc>
      </w:tr>
      <w:tr w:rsidR="00425529" w14:paraId="1D51DF72" w14:textId="77777777" w:rsidTr="00425529">
        <w:trPr>
          <w:trHeight w:val="921"/>
        </w:trPr>
        <w:tc>
          <w:tcPr>
            <w:tcW w:w="2509" w:type="dxa"/>
            <w:vAlign w:val="center"/>
          </w:tcPr>
          <w:p w14:paraId="28A0D6C1" w14:textId="77777777" w:rsidR="00425529" w:rsidRDefault="00425529" w:rsidP="00793064">
            <w:pPr>
              <w:jc w:val="distribute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  <w:r w:rsidRPr="00425529"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  <w:t>保護者または</w:t>
            </w:r>
          </w:p>
          <w:p w14:paraId="68D9BBBA" w14:textId="36A30FC5" w:rsidR="00425529" w:rsidRPr="00CF7CC2" w:rsidRDefault="00425529" w:rsidP="00793064">
            <w:pPr>
              <w:jc w:val="distribute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  <w:r w:rsidRPr="00425529"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  <w:t>法定代理人署名</w:t>
            </w:r>
          </w:p>
        </w:tc>
        <w:tc>
          <w:tcPr>
            <w:tcW w:w="7661" w:type="dxa"/>
            <w:vAlign w:val="center"/>
          </w:tcPr>
          <w:p w14:paraId="0403B560" w14:textId="77777777" w:rsidR="00425529" w:rsidRPr="00425529" w:rsidRDefault="00425529" w:rsidP="004B2F15">
            <w:pPr>
              <w:jc w:val="both"/>
              <w:rPr>
                <w:rFonts w:ascii="ＭＳ 明朝" w:eastAsia="ＭＳ 明朝" w:hAnsi="ＭＳ 明朝"/>
                <w:bCs/>
                <w:sz w:val="24"/>
                <w:szCs w:val="24"/>
                <w:lang w:eastAsia="ja-JP"/>
              </w:rPr>
            </w:pPr>
          </w:p>
        </w:tc>
      </w:tr>
    </w:tbl>
    <w:p w14:paraId="32FEFB60" w14:textId="77777777" w:rsidR="00425529" w:rsidRDefault="00425529" w:rsidP="00425529">
      <w:pPr>
        <w:spacing w:after="0" w:line="240" w:lineRule="auto"/>
        <w:rPr>
          <w:rFonts w:ascii="ＭＳ 明朝" w:eastAsia="ＭＳ 明朝" w:hAnsi="ＭＳ 明朝"/>
          <w:b/>
          <w:sz w:val="24"/>
          <w:szCs w:val="24"/>
          <w:lang w:eastAsia="ja-JP"/>
        </w:rPr>
      </w:pPr>
    </w:p>
    <w:sectPr w:rsidR="00425529" w:rsidSect="00FD7C9F">
      <w:pgSz w:w="12240" w:h="15840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7906B" w14:textId="77777777" w:rsidR="00BA3B49" w:rsidRDefault="00BA3B49" w:rsidP="00F23B32">
      <w:pPr>
        <w:spacing w:after="0" w:line="240" w:lineRule="auto"/>
      </w:pPr>
      <w:r>
        <w:separator/>
      </w:r>
    </w:p>
  </w:endnote>
  <w:endnote w:type="continuationSeparator" w:id="0">
    <w:p w14:paraId="582E8A44" w14:textId="77777777" w:rsidR="00BA3B49" w:rsidRDefault="00BA3B49" w:rsidP="00F23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1F7EC" w14:textId="77777777" w:rsidR="00BA3B49" w:rsidRDefault="00BA3B49" w:rsidP="00F23B32">
      <w:pPr>
        <w:spacing w:after="0" w:line="240" w:lineRule="auto"/>
      </w:pPr>
      <w:r>
        <w:separator/>
      </w:r>
    </w:p>
  </w:footnote>
  <w:footnote w:type="continuationSeparator" w:id="0">
    <w:p w14:paraId="134D81BA" w14:textId="77777777" w:rsidR="00BA3B49" w:rsidRDefault="00BA3B49" w:rsidP="00F23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394757">
    <w:abstractNumId w:val="8"/>
  </w:num>
  <w:num w:numId="2" w16cid:durableId="94516645">
    <w:abstractNumId w:val="6"/>
  </w:num>
  <w:num w:numId="3" w16cid:durableId="925922118">
    <w:abstractNumId w:val="5"/>
  </w:num>
  <w:num w:numId="4" w16cid:durableId="819612081">
    <w:abstractNumId w:val="4"/>
  </w:num>
  <w:num w:numId="5" w16cid:durableId="1071925034">
    <w:abstractNumId w:val="7"/>
  </w:num>
  <w:num w:numId="6" w16cid:durableId="1594170782">
    <w:abstractNumId w:val="3"/>
  </w:num>
  <w:num w:numId="7" w16cid:durableId="716858064">
    <w:abstractNumId w:val="2"/>
  </w:num>
  <w:num w:numId="8" w16cid:durableId="1252928127">
    <w:abstractNumId w:val="1"/>
  </w:num>
  <w:num w:numId="9" w16cid:durableId="91994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079"/>
    <w:rsid w:val="0006063C"/>
    <w:rsid w:val="00123C42"/>
    <w:rsid w:val="0015074B"/>
    <w:rsid w:val="001B6A4F"/>
    <w:rsid w:val="0029639D"/>
    <w:rsid w:val="003240A5"/>
    <w:rsid w:val="00326F90"/>
    <w:rsid w:val="0036163E"/>
    <w:rsid w:val="00425529"/>
    <w:rsid w:val="00446011"/>
    <w:rsid w:val="00484881"/>
    <w:rsid w:val="00490C5D"/>
    <w:rsid w:val="005A04B3"/>
    <w:rsid w:val="005C349A"/>
    <w:rsid w:val="005E1315"/>
    <w:rsid w:val="0060542F"/>
    <w:rsid w:val="006857E8"/>
    <w:rsid w:val="00780FB0"/>
    <w:rsid w:val="00792542"/>
    <w:rsid w:val="00793064"/>
    <w:rsid w:val="007B17F7"/>
    <w:rsid w:val="007E5D81"/>
    <w:rsid w:val="007F1A48"/>
    <w:rsid w:val="009458A8"/>
    <w:rsid w:val="00AA1D8D"/>
    <w:rsid w:val="00B47730"/>
    <w:rsid w:val="00B90823"/>
    <w:rsid w:val="00BA3B49"/>
    <w:rsid w:val="00C20D6D"/>
    <w:rsid w:val="00C77224"/>
    <w:rsid w:val="00CB0664"/>
    <w:rsid w:val="00CC1D98"/>
    <w:rsid w:val="00CF7CC2"/>
    <w:rsid w:val="00D35D0C"/>
    <w:rsid w:val="00D94BD1"/>
    <w:rsid w:val="00DC10F6"/>
    <w:rsid w:val="00DC35BC"/>
    <w:rsid w:val="00DE7782"/>
    <w:rsid w:val="00DF7CAE"/>
    <w:rsid w:val="00E22937"/>
    <w:rsid w:val="00E954E0"/>
    <w:rsid w:val="00ED1C03"/>
    <w:rsid w:val="00F23B32"/>
    <w:rsid w:val="00FC693F"/>
    <w:rsid w:val="00FD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F3388"/>
  <w14:defaultImageDpi w14:val="300"/>
  <w15:docId w15:val="{E1ACC54E-645A-4AD5-902C-20581CAD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hAnsi="游ゴシック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taka seo</cp:lastModifiedBy>
  <cp:revision>28</cp:revision>
  <dcterms:created xsi:type="dcterms:W3CDTF">2026-08-23T09:10:00Z</dcterms:created>
  <dcterms:modified xsi:type="dcterms:W3CDTF">2026-08-25T12:27:00Z</dcterms:modified>
  <cp:category/>
</cp:coreProperties>
</file>